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געגועים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 ואת מנהגיו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ולהשתמש במילה 'געגועים' ובמשפחת המילים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על בסיס הכתבות בעיתון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חדשות 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של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50 יום אחרי יום כיפור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עלו על הר והתפללו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להשתחוות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הבנת הנקרא - החיים כאן וסיפור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בגדים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מטריות צבעוניות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על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הם לובשים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בכתבה שכולם מוזמנים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הן נוסעות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חג רשמי משנת 2008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מוסבר בכתבה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משפחת המילה געגועים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מתגעגע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מתגעגעת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געגועים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התאמה - מילים מהעיתון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(להשתחוות)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(אנשי דת של בייתא ישראל)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(לחם מיוחד לחג)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(מקום שנפגשים בו בירושלים)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(רגש כשמישהו רחוק)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סדר נכון - מה קורה בחג הסיגד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אנשים צמים ועולים על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הקסים קוראים מספר הקודש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כולם מתפללים וחולמים על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אוכלים ארוחה גדולה ביחד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חג של יהודי אתיופיה, 50 יום אחרי יום כיפור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ג-ע-ג-ע, הפועל להתגעגע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אנשים עלו על הר והתפללו, או: אכלו ארוחה גדולה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הקטעים בקול לפני המענה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תמונות של חג הסיגד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חזקים אפשר להוסיף שאלה על הקשר בין הסיגד ליום כיפור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עִתּוֹן קַל – עיתון בעברית קלה ומנוקדת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חג הסיגד – געגועים לירושלים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חג הסיגד, חג של יהודי אתיופיה, ונתרגל מילים וסיפורים הקשורים אליו.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חדשות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של מי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 יהודי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 יהודי הודו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חוגגים את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 יום אחרי יום כיפור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ביום העצמאות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עשו בחג באתיופיה?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רקדו על חוף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נסעו לעיר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עלו על הר והתפללו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בנו סוכה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שנה הסיגד הוא חג רשמי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1948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1990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אומרת המילה 'סיגד'?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להשתחוות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לרקוד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הבנת הנקרא - החיים כאן וסיפור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עיר באים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לובשים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בגדים לבנים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בגדים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בגדי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בגדים אדומים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יש מעל הראש של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כובע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מטריות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איפה נולדה סבתא אלמז?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על מה חלמה סבתא בסיגד?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על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בית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בית 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של יהודי 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בחג הסיגד כולם לובשים שחור.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מוזמנים לחגוג את הסיגד.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נוגה וסבתא נוסעות לאשדוד בחג הסיגד.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הסיגד הוא חג רשמי בישראל משנת 1948.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'געגועים' מתארת רגש.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משפחת המילה געגועים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__________ לאמא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דנה __________ 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בסיגד יש __________ לירושלים.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השורש של המילה 'געגועים' הוא ג־__________־ג־ע.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אומרים 'מתגעגע __________ ...' ולא 'מתגעגע את'.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התאמה - מילים מהעיתון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רגש כשמישהו רחוק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מקום שנפגשים בו בירושלים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אנשי דת של בייתא 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ארמון הנציב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להשתחוות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געגועים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לחם מיוחד לחג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סדר נכון - מה קורה בחג הסיגד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מתפללים וחולמים על 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צמים ועולים על הר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אוכלים ארוחה גדולה ביחד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קוראים מספר הקודש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חג הסיגד, ושל מי הוא?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השורש של המילה 'געגועים' ואיך אומרים את הפועל?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ספרו משפט אחד על מה שקרה בחג הסיגד באתיופיה.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חג הסיגד – געגועים לירושלים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