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במילה 'געגועים' ובמשפחת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הכתבות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50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עלו על הר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להשתחוות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הבנת הנקרא - החיים כאן וסיפור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על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לובשים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בכתבה שכולם מוזמנים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נוסעות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חג רשמי משנת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מוסבר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משפחת המילה געגועים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- מילים מהעיתון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(אנשי דת של בייתא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(לחם מיוחד לחג)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שנפגשים בו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(רגש כשמישהו רחוק)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 - מה קורה בחג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צמים ועולים על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קוראים מספר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וחולמים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אוכלים ארוחה גדולה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של יהודי אתיופיה, 50 יום אחרי 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ג-ע-ג-ע, הפועל להתגעגע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אנשים עלו על הר והתפללו, או: אכלו ארוחה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חג הסיגד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שאלה על הקשר בין הסיגד ליום כיפור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חג הסיגד. זה חג של יהודי אתיופיה. 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50 יום אחרי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דת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להשתחוות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לכופף את הגוף מכבוד או מתפילה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כשמישהו או משהו רחוק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להתגעגע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של געגועים, אומרים 'להתגעגע ל...'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מיוחד שאוכלים בחג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רשמי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שמוכר על ידי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חדשות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חוגג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איזה חג יש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בחג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רקדו על 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נסעו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עלו על הר והתפללו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רשמי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אומרת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הבנת הנקרא - החיים כאן וסיפור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עיר באים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לובשים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מעל הראש של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נולדה סבתא אלמז?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חלמה סבתא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של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כולם לובשים שחור.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וסבתא נוסעות לאשדוד בחג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רשמי בישראל משנת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'געגועים' מתארת רגש.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משפחת המילה געגועים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לאמא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דנה __________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בסיגד יש __________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'געגועים' הוא ג־__________־ג־ע.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אומרים 'מתגעגע __________ ...' ולא 'מתגעגע את'.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- מילים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 כשמישהו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לחם מיוחד לחג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 דת של בייתא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געגועים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שנפגשים בו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 - מה קורה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מספר הקודש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ארוחה גדולה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צמים ועולים על 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מתפללים וחולמים על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חג הסיגד, ושל מי הוא?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'געגועים' ואיך אומרים את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משפט אחד על מה שקרה בחג הסיגד באתיופיה.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געגועים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