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במילה 'געגועים' ובמשפחת המילים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בסיס הכתבות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חדשות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50 יום אחרי יום כיפור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הבנת הנקרא - החיים כאן וסיפור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לובשים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בכתבה שכולם מוזמנים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משפחת המילה געגועים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מתגעגע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מתגעגעת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געגועים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- מילים מהעיתון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(להשתחוות)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(אנשי דת של בייתא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(לחם מיוחד לחג)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שנפגשים בו בירושלים)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 - מה קורה בחג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צמים ועולים על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קוראים מספר הקודש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מתפללים וחולמים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אוכלים ארוחה גדולה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של יהודי אתיופיה, 50 יום אחרי יום כיפור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ג-ע-ג-ע, הפועל להתגעגע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אנשים עלו על הר והתפללו, או: אכלו ארוחה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המענה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חג הסיגד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שאלה על הקשר בין הסיגד ליום כיפור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חג הסיגד, חג של יהודי אתיופיה, ונתרגל מילים וסיפורים הקשורים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מתגעגעת  ·  געגועים  ·  מתגעגע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חדשות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של מי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 יהודי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 יהודי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50 יום אחרי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ביום העצמאות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הבנת הנקרא - החיים כאן וסיפור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עיר באים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לובשים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נולדה סבתא אלמז?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ברוסיה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הוא חג של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כולם לובשים שחור.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מוזמנים לחגוג את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משפחת המילה געגועים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__________ לאמא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דנה __________ 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בסיגד יש __________ לירושלים.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 - מילים מהעיתון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שנפגשים בו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להשתחוות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אנשי דת של בייתא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לחם מיוחד לחג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סדר נכון - מה קורה בחג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אוכלים ארוחה גדולה ביחד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מתפללים וחולמים על 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אנשים צמים ועולים על 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קוראים מספר הקודש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חג הסיגד, ושל מי הוא?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השורש של המילה 'געגועים' ואיך אומרים את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געגועים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